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强制执行申请书</w:t>
      </w:r>
    </w:p>
    <w:p>
      <w:pPr>
        <w:spacing w:line="560" w:lineRule="exact" w:before="0" w:after="0"/>
        <w:ind w:firstLine="640"/>
      </w:pPr>
      <w:r>
        <w:rPr>
          <w:rFonts w:ascii="Times New Roman" w:hAnsi="Times New Roman" w:eastAsia="FangSong"/>
          <w:b/>
          <w:i w:val="0"/>
          <w:sz w:val="32"/>
        </w:rPr>
        <w:t>申请人</w:t>
      </w:r>
      <w:r>
        <w:rPr>
          <w:rFonts w:ascii="Times New Roman" w:hAnsi="Times New Roman" w:eastAsia="FangSong"/>
          <w:b w:val="0"/>
          <w:i w:val="0"/>
          <w:sz w:val="32"/>
        </w:rPr>
        <w:t>：杭州某辰信息技术有限公司</w:t>
      </w:r>
    </w:p>
    <w:p>
      <w:pPr>
        <w:spacing w:line="560" w:lineRule="exact" w:before="0" w:after="0"/>
        <w:ind w:firstLine="640"/>
      </w:pPr>
      <w:r>
        <w:rPr>
          <w:rFonts w:ascii="Times New Roman" w:hAnsi="Times New Roman" w:eastAsia="FangSong"/>
          <w:b w:val="0"/>
          <w:i w:val="0"/>
          <w:sz w:val="32"/>
        </w:rPr>
        <w:t>住所地：______________</w:t>
      </w:r>
    </w:p>
    <w:p>
      <w:pPr>
        <w:spacing w:line="560" w:lineRule="exact" w:before="0" w:after="0"/>
        <w:ind w:firstLine="640"/>
      </w:pPr>
      <w:r>
        <w:rPr>
          <w:rFonts w:ascii="Times New Roman" w:hAnsi="Times New Roman" w:eastAsia="FangSong"/>
          <w:b w:val="0"/>
          <w:i w:val="0"/>
          <w:sz w:val="32"/>
        </w:rPr>
        <w:t>法定代表人：______________，职务：______________</w:t>
      </w:r>
    </w:p>
    <w:p>
      <w:pPr>
        <w:spacing w:line="560" w:lineRule="exact" w:before="0" w:after="0"/>
        <w:ind w:firstLine="640"/>
      </w:pPr>
      <w:r>
        <w:rPr>
          <w:rFonts w:ascii="Times New Roman" w:hAnsi="Times New Roman" w:eastAsia="FangSong"/>
          <w:b w:val="0"/>
          <w:i w:val="0"/>
          <w:sz w:val="32"/>
        </w:rPr>
        <w:t>联系方式：______________</w:t>
      </w:r>
    </w:p>
    <w:p>
      <w:pPr>
        <w:spacing w:line="560" w:lineRule="exact" w:before="0" w:after="0"/>
        <w:ind w:firstLine="640"/>
      </w:pPr>
      <w:r>
        <w:rPr>
          <w:rFonts w:ascii="Times New Roman" w:hAnsi="Times New Roman" w:eastAsia="FangSong"/>
          <w:b/>
          <w:i w:val="0"/>
          <w:sz w:val="32"/>
        </w:rPr>
        <w:t>被执行人</w:t>
      </w:r>
      <w:r>
        <w:rPr>
          <w:rFonts w:ascii="Times New Roman" w:hAnsi="Times New Roman" w:eastAsia="FangSong"/>
          <w:b w:val="0"/>
          <w:i w:val="0"/>
          <w:sz w:val="32"/>
        </w:rPr>
        <w:t>：张某某</w:t>
      </w:r>
    </w:p>
    <w:p>
      <w:pPr>
        <w:spacing w:line="560" w:lineRule="exact" w:before="0" w:after="0"/>
        <w:ind w:firstLine="640"/>
      </w:pPr>
      <w:r>
        <w:rPr>
          <w:rFonts w:ascii="Times New Roman" w:hAnsi="Times New Roman" w:eastAsia="FangSong"/>
          <w:b w:val="0"/>
          <w:i w:val="0"/>
          <w:sz w:val="32"/>
        </w:rPr>
        <w:t>性别：____</w:t>
      </w:r>
    </w:p>
    <w:p>
      <w:pPr>
        <w:spacing w:line="560" w:lineRule="exact" w:before="0" w:after="0"/>
        <w:ind w:firstLine="640"/>
      </w:pPr>
      <w:r>
        <w:rPr>
          <w:rFonts w:ascii="Times New Roman" w:hAnsi="Times New Roman" w:eastAsia="FangSong"/>
          <w:b w:val="0"/>
          <w:i w:val="0"/>
          <w:sz w:val="32"/>
        </w:rPr>
        <w:t>民族：____</w:t>
      </w:r>
    </w:p>
    <w:p>
      <w:pPr>
        <w:spacing w:line="560" w:lineRule="exact" w:before="0" w:after="0"/>
        <w:ind w:firstLine="640"/>
      </w:pPr>
      <w:r>
        <w:rPr>
          <w:rFonts w:ascii="Times New Roman" w:hAnsi="Times New Roman" w:eastAsia="FangSong"/>
          <w:b w:val="0"/>
          <w:i w:val="0"/>
          <w:sz w:val="32"/>
        </w:rPr>
        <w:t>出生日期：______________</w:t>
      </w:r>
    </w:p>
    <w:p>
      <w:pPr>
        <w:spacing w:line="560" w:lineRule="exact" w:before="0" w:after="0"/>
        <w:ind w:firstLine="640"/>
      </w:pPr>
      <w:r>
        <w:rPr>
          <w:rFonts w:ascii="Times New Roman" w:hAnsi="Times New Roman" w:eastAsia="FangSong"/>
          <w:b w:val="0"/>
          <w:i w:val="0"/>
          <w:sz w:val="32"/>
        </w:rPr>
        <w:t>身份证号码：________________</w:t>
      </w:r>
    </w:p>
    <w:p>
      <w:pPr>
        <w:spacing w:line="560" w:lineRule="exact" w:before="0" w:after="0"/>
        <w:ind w:firstLine="640"/>
      </w:pPr>
      <w:r>
        <w:rPr>
          <w:rFonts w:ascii="Times New Roman" w:hAnsi="Times New Roman" w:eastAsia="FangSong"/>
          <w:b w:val="0"/>
          <w:i w:val="0"/>
          <w:sz w:val="32"/>
        </w:rPr>
        <w:t>住所地：__________________________</w:t>
      </w:r>
    </w:p>
    <w:p>
      <w:pPr>
        <w:spacing w:line="560" w:lineRule="exact" w:before="0" w:after="0"/>
        <w:ind w:firstLine="640"/>
      </w:pPr>
      <w:r>
        <w:rPr>
          <w:rFonts w:ascii="Times New Roman" w:hAnsi="Times New Roman" w:eastAsia="FangSong"/>
          <w:b w:val="0"/>
          <w:i w:val="0"/>
          <w:sz w:val="32"/>
        </w:rPr>
        <w:t>联系方式：________________</w:t>
      </w:r>
    </w:p>
    <w:p>
      <w:pPr>
        <w:spacing w:line="560" w:lineRule="exact" w:before="120" w:after="40"/>
      </w:pPr>
      <w:r>
        <w:rPr>
          <w:rFonts w:ascii="Times New Roman" w:hAnsi="Times New Roman" w:eastAsia="SimHei"/>
          <w:b/>
          <w:i w:val="0"/>
          <w:sz w:val="32"/>
        </w:rPr>
        <w:t>请求事项</w:t>
      </w:r>
    </w:p>
    <w:p>
      <w:pPr>
        <w:spacing w:line="560" w:lineRule="exact" w:before="0" w:after="0"/>
        <w:ind w:firstLine="640"/>
      </w:pPr>
      <w:r>
        <w:rPr>
          <w:rFonts w:ascii="Times New Roman" w:hAnsi="Times New Roman" w:eastAsia="FangSong"/>
          <w:b w:val="0"/>
          <w:i w:val="0"/>
          <w:sz w:val="32"/>
        </w:rPr>
        <w:t>1. 请求贵院依法强制被执行人向申请人支付借款本金人民币捌拾万元整（¥800,000.00）；</w:t>
      </w:r>
    </w:p>
    <w:p>
      <w:pPr>
        <w:spacing w:line="560" w:lineRule="exact" w:before="0" w:after="0"/>
        <w:ind w:firstLine="640"/>
      </w:pPr>
      <w:r>
        <w:rPr>
          <w:rFonts w:ascii="Times New Roman" w:hAnsi="Times New Roman" w:eastAsia="FangSong"/>
          <w:b w:val="0"/>
          <w:i w:val="0"/>
          <w:sz w:val="32"/>
        </w:rPr>
        <w:t>2. 请求贵院依法强制被执行人向申请人支付利息人民币陆万柒仟贰佰元整（¥67,200.00）；</w:t>
      </w:r>
    </w:p>
    <w:p>
      <w:pPr>
        <w:spacing w:line="560" w:lineRule="exact" w:before="0" w:after="0"/>
        <w:ind w:firstLine="640"/>
      </w:pPr>
      <w:r>
        <w:rPr>
          <w:rFonts w:ascii="Times New Roman" w:hAnsi="Times New Roman" w:eastAsia="FangSong"/>
          <w:b w:val="0"/>
          <w:i w:val="0"/>
          <w:sz w:val="32"/>
        </w:rPr>
        <w:t>3. 请求贵院依法强制被执行人向申请人支付违约金人民币肆万捌仟元整（¥48,000.00）；</w:t>
      </w:r>
    </w:p>
    <w:p>
      <w:pPr>
        <w:spacing w:line="560" w:lineRule="exact" w:before="0" w:after="0"/>
        <w:ind w:firstLine="640"/>
      </w:pPr>
      <w:r>
        <w:rPr>
          <w:rFonts w:ascii="Times New Roman" w:hAnsi="Times New Roman" w:eastAsia="FangSong"/>
          <w:b w:val="0"/>
          <w:i w:val="0"/>
          <w:sz w:val="32"/>
        </w:rPr>
        <w:t>4. 请求贵院依法强制被执行人向申请人支付诉讼费人民币壹万贰仟柒佰伍拾贰元整（¥12,752.00）；</w:t>
      </w:r>
    </w:p>
    <w:p>
      <w:pPr>
        <w:spacing w:line="560" w:lineRule="exact" w:before="0" w:after="0"/>
        <w:ind w:firstLine="640"/>
      </w:pPr>
      <w:r>
        <w:rPr>
          <w:rFonts w:ascii="Times New Roman" w:hAnsi="Times New Roman" w:eastAsia="FangSong"/>
          <w:b w:val="0"/>
          <w:i w:val="0"/>
          <w:sz w:val="32"/>
        </w:rPr>
        <w:t>以上各项合计人民币玖拾贰万柒仟玖佰伍拾贰元整（¥927,952.00）。</w:t>
      </w:r>
    </w:p>
    <w:p>
      <w:pPr>
        <w:spacing w:line="560" w:lineRule="exact" w:before="0" w:after="0"/>
        <w:ind w:firstLine="640"/>
      </w:pPr>
      <w:r>
        <w:rPr>
          <w:rFonts w:ascii="Times New Roman" w:hAnsi="Times New Roman" w:eastAsia="FangSong"/>
          <w:b w:val="0"/>
          <w:i w:val="0"/>
          <w:sz w:val="32"/>
        </w:rPr>
        <w:t>5. 请求贵院依法强制被执行人支付迟延履行期间的债务利息（根据《中华人民共和国民事诉讼法》相关规定计算至实际执行完毕之日止）；</w:t>
      </w:r>
    </w:p>
    <w:p>
      <w:pPr>
        <w:spacing w:line="560" w:lineRule="exact" w:before="0" w:after="0"/>
        <w:ind w:firstLine="640"/>
      </w:pPr>
      <w:r>
        <w:rPr>
          <w:rFonts w:ascii="Times New Roman" w:hAnsi="Times New Roman" w:eastAsia="FangSong"/>
          <w:b w:val="0"/>
          <w:i w:val="0"/>
          <w:sz w:val="32"/>
        </w:rPr>
        <w:t>6. 本案执行费用由被执行人承担。</w:t>
      </w:r>
    </w:p>
    <w:p>
      <w:pPr>
        <w:spacing w:line="560" w:lineRule="exact" w:before="120" w:after="40"/>
      </w:pPr>
      <w:r>
        <w:rPr>
          <w:rFonts w:ascii="Times New Roman" w:hAnsi="Times New Roman" w:eastAsia="SimHei"/>
          <w:b/>
          <w:i w:val="0"/>
          <w:sz w:val="32"/>
        </w:rPr>
        <w:t>事实与理由</w:t>
      </w:r>
    </w:p>
    <w:p>
      <w:pPr>
        <w:spacing w:line="560" w:lineRule="exact" w:before="0" w:after="0"/>
        <w:ind w:firstLine="640"/>
      </w:pPr>
      <w:r>
        <w:rPr>
          <w:rFonts w:ascii="Times New Roman" w:hAnsi="Times New Roman" w:eastAsia="FangSong"/>
          <w:b w:val="0"/>
          <w:i w:val="0"/>
          <w:sz w:val="32"/>
        </w:rPr>
        <w:t>申请人与被执行人之间因_______________________________一案，业经杭州市西湖区人民法院审理，并于____________作出(2025)浙0106民初4567号民事判决书。该判决书已于2026年3月15日发生法律效力。</w:t>
      </w:r>
    </w:p>
    <w:p>
      <w:pPr>
        <w:spacing w:line="560" w:lineRule="exact" w:before="0" w:after="0"/>
        <w:ind w:firstLine="640"/>
      </w:pPr>
      <w:r>
        <w:rPr>
          <w:rFonts w:ascii="Times New Roman" w:hAnsi="Times New Roman" w:eastAsia="FangSong"/>
          <w:b w:val="0"/>
          <w:i w:val="0"/>
          <w:sz w:val="32"/>
        </w:rPr>
        <w:t>根据上述生效法律文书确定，被执行人张某某应当向申请人杭州某辰信息技术有限公司偿还借款本金80万元，并支付利息67,200元、违约金48,000元及诉讼费12,752元，共计927,952元。</w:t>
      </w:r>
    </w:p>
    <w:p>
      <w:pPr>
        <w:spacing w:line="560" w:lineRule="exact" w:before="0" w:after="0"/>
        <w:ind w:firstLine="640"/>
      </w:pPr>
      <w:r>
        <w:rPr>
          <w:rFonts w:ascii="Times New Roman" w:hAnsi="Times New Roman" w:eastAsia="FangSong"/>
          <w:b w:val="0"/>
          <w:i w:val="0"/>
          <w:sz w:val="32"/>
        </w:rPr>
        <w:t>然而，截至本申请书提交之日，被执行人未履行生效法律文书确定的义务，且无正当理由拒绝履行。为维护申请人的合法权益，维护法律尊严，特向贵院申请强制执行。</w:t>
      </w:r>
    </w:p>
    <w:p>
      <w:pPr>
        <w:spacing w:line="560" w:lineRule="exact" w:before="120" w:after="40"/>
      </w:pPr>
      <w:r>
        <w:rPr>
          <w:rFonts w:ascii="Times New Roman" w:hAnsi="Times New Roman" w:eastAsia="SimHei"/>
          <w:b/>
          <w:i w:val="0"/>
          <w:sz w:val="32"/>
        </w:rPr>
        <w:t>财产线索</w:t>
      </w:r>
    </w:p>
    <w:p>
      <w:pPr>
        <w:spacing w:line="560" w:lineRule="exact" w:before="0" w:after="0"/>
        <w:ind w:firstLine="640"/>
      </w:pPr>
      <w:r>
        <w:rPr>
          <w:rFonts w:ascii="Times New Roman" w:hAnsi="Times New Roman" w:eastAsia="FangSong"/>
          <w:b w:val="0"/>
          <w:i w:val="0"/>
          <w:sz w:val="32"/>
        </w:rPr>
        <w:t>为便于贵院顺利执行，申请人提供如下被执行人财产线索：</w:t>
      </w:r>
    </w:p>
    <w:p>
      <w:pPr>
        <w:spacing w:line="560" w:lineRule="exact" w:before="0" w:after="0"/>
        <w:ind w:firstLine="640"/>
      </w:pPr>
      <w:r>
        <w:rPr>
          <w:rFonts w:ascii="Times New Roman" w:hAnsi="Times New Roman" w:eastAsia="FangSong"/>
          <w:b w:val="0"/>
          <w:i w:val="0"/>
          <w:sz w:val="32"/>
        </w:rPr>
        <w:t xml:space="preserve">1. </w:t>
      </w:r>
      <w:r>
        <w:rPr>
          <w:rFonts w:ascii="Times New Roman" w:hAnsi="Times New Roman" w:eastAsia="FangSong"/>
          <w:b/>
          <w:i w:val="0"/>
          <w:sz w:val="32"/>
        </w:rPr>
        <w:t>不动产</w:t>
      </w:r>
      <w:r>
        <w:rPr>
          <w:rFonts w:ascii="Times New Roman" w:hAnsi="Times New Roman" w:eastAsia="FangSong"/>
          <w:b w:val="0"/>
          <w:i w:val="0"/>
          <w:sz w:val="32"/>
        </w:rPr>
        <w:t>：被执行人名下位于杭州市__________景芳五区____________________的房产一套；</w:t>
      </w:r>
    </w:p>
    <w:p>
      <w:pPr>
        <w:spacing w:line="560" w:lineRule="exact" w:before="0" w:after="0"/>
        <w:ind w:firstLine="640"/>
      </w:pPr>
      <w:r>
        <w:rPr>
          <w:rFonts w:ascii="Times New Roman" w:hAnsi="Times New Roman" w:eastAsia="FangSong"/>
          <w:b w:val="0"/>
          <w:i w:val="0"/>
          <w:sz w:val="32"/>
        </w:rPr>
        <w:t xml:space="preserve">2. </w:t>
      </w:r>
      <w:r>
        <w:rPr>
          <w:rFonts w:ascii="Times New Roman" w:hAnsi="Times New Roman" w:eastAsia="FangSong"/>
          <w:b/>
          <w:i w:val="0"/>
          <w:sz w:val="32"/>
        </w:rPr>
        <w:t>银行账户</w:t>
      </w:r>
      <w:r>
        <w:rPr>
          <w:rFonts w:ascii="Times New Roman" w:hAnsi="Times New Roman" w:eastAsia="FangSong"/>
          <w:b w:val="0"/>
          <w:i w:val="0"/>
          <w:sz w:val="32"/>
        </w:rPr>
        <w:t>：被执行人名下的中国工商银行账户，账号为：____________，开户行：____________；</w:t>
      </w:r>
    </w:p>
    <w:p>
      <w:pPr>
        <w:spacing w:line="560" w:lineRule="exact" w:before="0" w:after="0"/>
        <w:ind w:firstLine="640"/>
      </w:pPr>
      <w:r>
        <w:rPr>
          <w:rFonts w:ascii="Times New Roman" w:hAnsi="Times New Roman" w:eastAsia="FangSong"/>
          <w:b w:val="0"/>
          <w:i w:val="0"/>
          <w:sz w:val="32"/>
        </w:rPr>
        <w:t xml:space="preserve">3. </w:t>
      </w:r>
      <w:r>
        <w:rPr>
          <w:rFonts w:ascii="Times New Roman" w:hAnsi="Times New Roman" w:eastAsia="FangSong"/>
          <w:b/>
          <w:i w:val="0"/>
          <w:sz w:val="32"/>
        </w:rPr>
        <w:t>机动车辆</w:t>
      </w:r>
      <w:r>
        <w:rPr>
          <w:rFonts w:ascii="Times New Roman" w:hAnsi="Times New Roman" w:eastAsia="FangSong"/>
          <w:b w:val="0"/>
          <w:i w:val="0"/>
          <w:sz w:val="32"/>
        </w:rPr>
        <w:t>：被执行人名下的浙A牌轿车一辆，车牌号为：__________，车辆品牌型号：____________。</w:t>
      </w:r>
    </w:p>
    <w:p>
      <w:pPr>
        <w:spacing w:line="560" w:lineRule="exact" w:before="0" w:after="0"/>
        <w:ind w:firstLine="640"/>
      </w:pPr>
      <w:r>
        <w:rPr>
          <w:rFonts w:ascii="Times New Roman" w:hAnsi="Times New Roman" w:eastAsia="FangSong"/>
          <w:b w:val="0"/>
          <w:i w:val="0"/>
          <w:sz w:val="32"/>
        </w:rPr>
        <w:t>申请人承诺上述线索真实有效，并愿意配合贵院进行进一步的财产调查与控制。</w:t>
      </w:r>
    </w:p>
    <w:p>
      <w:pPr>
        <w:spacing w:line="560" w:lineRule="exact" w:before="120" w:after="40"/>
      </w:pPr>
      <w:r>
        <w:rPr>
          <w:rFonts w:ascii="Times New Roman" w:hAnsi="Times New Roman" w:eastAsia="SimHei"/>
          <w:b/>
          <w:i w:val="0"/>
          <w:sz w:val="32"/>
        </w:rPr>
        <w:t>此致</w:t>
      </w:r>
    </w:p>
    <w:p>
      <w:pPr>
        <w:spacing w:line="560" w:lineRule="exact" w:before="0" w:after="0"/>
        <w:ind w:firstLine="640"/>
      </w:pPr>
      <w:r>
        <w:rPr>
          <w:rFonts w:ascii="Times New Roman" w:hAnsi="Times New Roman" w:eastAsia="FangSong"/>
          <w:b w:val="0"/>
          <w:i w:val="0"/>
          <w:sz w:val="32"/>
        </w:rPr>
        <w:t>杭州市西湖区人民法院</w:t>
      </w:r>
    </w:p>
    <w:p>
      <w:pPr>
        <w:spacing w:line="560" w:lineRule="exact" w:before="0" w:after="0"/>
        <w:ind w:firstLine="640"/>
      </w:pPr>
      <w:r>
        <w:rPr>
          <w:rFonts w:ascii="Times New Roman" w:hAnsi="Times New Roman" w:eastAsia="FangSong"/>
          <w:b/>
          <w:i w:val="0"/>
          <w:sz w:val="32"/>
        </w:rPr>
        <w:t>申请人</w:t>
      </w:r>
      <w:r>
        <w:rPr>
          <w:rFonts w:ascii="Times New Roman" w:hAnsi="Times New Roman" w:eastAsia="FangSong"/>
          <w:b w:val="0"/>
          <w:i w:val="0"/>
          <w:sz w:val="32"/>
        </w:rPr>
        <w:t>：杭州某辰信息技术有限公司（盖章）</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（签字）：_________________</w:t>
      </w:r>
    </w:p>
    <w:p>
      <w:pPr>
        <w:spacing w:line="560" w:lineRule="exact" w:before="120" w:after="40"/>
      </w:pPr>
      <w:r>
        <w:rPr>
          <w:rFonts w:ascii="Times New Roman" w:hAnsi="Times New Roman" w:eastAsia="SimHei"/>
          <w:b/>
          <w:i w:val="0"/>
          <w:sz w:val="32"/>
        </w:rPr>
        <w:t>附件清单</w:t>
      </w:r>
    </w:p>
    <w:p>
      <w:pPr>
        <w:spacing w:line="560" w:lineRule="exact" w:before="0" w:after="0"/>
        <w:ind w:firstLine="640"/>
      </w:pPr>
      <w:r>
        <w:rPr>
          <w:rFonts w:ascii="Times New Roman" w:hAnsi="Times New Roman" w:eastAsia="FangSong"/>
          <w:b w:val="0"/>
          <w:i w:val="0"/>
          <w:sz w:val="32"/>
        </w:rPr>
        <w:t>1. 申请人营业执照副本复印件一份；</w:t>
      </w:r>
    </w:p>
    <w:p>
      <w:pPr>
        <w:spacing w:line="560" w:lineRule="exact" w:before="0" w:after="0"/>
        <w:ind w:firstLine="640"/>
      </w:pPr>
      <w:r>
        <w:rPr>
          <w:rFonts w:ascii="Times New Roman" w:hAnsi="Times New Roman" w:eastAsia="FangSong"/>
          <w:b w:val="0"/>
          <w:i w:val="0"/>
          <w:sz w:val="32"/>
        </w:rPr>
        <w:t>2. 法定代表人身份证明书一份；</w:t>
      </w:r>
    </w:p>
    <w:p>
      <w:pPr>
        <w:spacing w:line="560" w:lineRule="exact" w:before="0" w:after="0"/>
        <w:ind w:firstLine="640"/>
      </w:pPr>
      <w:r>
        <w:rPr>
          <w:rFonts w:ascii="Times New Roman" w:hAnsi="Times New Roman" w:eastAsia="FangSong"/>
          <w:b w:val="0"/>
          <w:i w:val="0"/>
          <w:sz w:val="32"/>
        </w:rPr>
        <w:t>3. 法定代表人身份证复印件一份；</w:t>
      </w:r>
    </w:p>
    <w:p>
      <w:pPr>
        <w:spacing w:line="560" w:lineRule="exact" w:before="0" w:after="0"/>
        <w:ind w:firstLine="640"/>
      </w:pPr>
      <w:r>
        <w:rPr>
          <w:rFonts w:ascii="Times New Roman" w:hAnsi="Times New Roman" w:eastAsia="FangSong"/>
          <w:b w:val="0"/>
          <w:i w:val="0"/>
          <w:sz w:val="32"/>
        </w:rPr>
        <w:t>4. 授权委托书及受托人身份证复印件一份（如有委托代理人）；</w:t>
      </w:r>
    </w:p>
    <w:p>
      <w:pPr>
        <w:spacing w:line="560" w:lineRule="exact" w:before="0" w:after="0"/>
        <w:ind w:firstLine="640"/>
      </w:pPr>
      <w:r>
        <w:rPr>
          <w:rFonts w:ascii="Times New Roman" w:hAnsi="Times New Roman" w:eastAsia="FangSong"/>
          <w:b w:val="0"/>
          <w:i w:val="0"/>
          <w:sz w:val="32"/>
        </w:rPr>
        <w:t>5. 杭州市西湖区人民法院(2025)浙0106民初4567号民事判决书复印件一份；</w:t>
      </w:r>
    </w:p>
    <w:p>
      <w:pPr>
        <w:spacing w:line="560" w:lineRule="exact" w:before="0" w:after="0"/>
        <w:ind w:firstLine="640"/>
      </w:pPr>
      <w:r>
        <w:rPr>
          <w:rFonts w:ascii="Times New Roman" w:hAnsi="Times New Roman" w:eastAsia="FangSong"/>
          <w:b w:val="0"/>
          <w:i w:val="0"/>
          <w:sz w:val="32"/>
        </w:rPr>
        <w:t>6. 判决生效证明文件一份（如生效证明或送达回证复印件）；</w:t>
      </w:r>
    </w:p>
    <w:p>
      <w:pPr>
        <w:spacing w:line="560" w:lineRule="exact" w:before="0" w:after="0"/>
        <w:ind w:firstLine="640"/>
      </w:pPr>
      <w:r>
        <w:rPr>
          <w:rFonts w:ascii="Times New Roman" w:hAnsi="Times New Roman" w:eastAsia="FangSong"/>
          <w:b w:val="0"/>
          <w:i w:val="0"/>
          <w:sz w:val="32"/>
        </w:rPr>
        <w:t>7. 被执行人财产线索材料及相关证据。</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盖章要求</w:t>
      </w:r>
      <w:r>
        <w:rPr>
          <w:rFonts w:ascii="Times New Roman" w:hAnsi="Times New Roman" w:eastAsia="KaiTi"/>
          <w:b w:val="0"/>
          <w:i w:val="0"/>
          <w:sz w:val="24"/>
        </w:rPr>
        <w:t>：申请人处必须加盖公司公章，公章名称应与营业执照名称完全一致。</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签字要求</w:t>
      </w:r>
      <w:r>
        <w:rPr>
          <w:rFonts w:ascii="Times New Roman" w:hAnsi="Times New Roman" w:eastAsia="KaiTi"/>
          <w:b w:val="0"/>
          <w:i w:val="0"/>
          <w:sz w:val="24"/>
        </w:rPr>
        <w:t>：法定代表人需亲笔签名，若委托他人代办，需出具加盖公章的授权委托书及代理人身份证复印件。</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日期填写</w:t>
      </w:r>
      <w:r>
        <w:rPr>
          <w:rFonts w:ascii="Times New Roman" w:hAnsi="Times New Roman" w:eastAsia="KaiTi"/>
          <w:b w:val="0"/>
          <w:i w:val="0"/>
          <w:sz w:val="24"/>
        </w:rPr>
        <w:t>：落款日期应为实际提交申请的日期，建议使用黑色钢笔或签字笔填写。</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份数要求</w:t>
      </w:r>
      <w:r>
        <w:rPr>
          <w:rFonts w:ascii="Times New Roman" w:hAnsi="Times New Roman" w:eastAsia="KaiTi"/>
          <w:b w:val="0"/>
          <w:i w:val="0"/>
          <w:sz w:val="24"/>
        </w:rPr>
        <w:t>：本申请书通常需提交一式两份（一份法院留存，一份送达被执行人），具体份数请咨询立案庭。</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材料一致性</w:t>
      </w:r>
      <w:r>
        <w:rPr>
          <w:rFonts w:ascii="Times New Roman" w:hAnsi="Times New Roman" w:eastAsia="KaiTi"/>
          <w:b w:val="0"/>
          <w:i w:val="0"/>
          <w:sz w:val="24"/>
        </w:rPr>
        <w:t>：附件中的判决书复印件应清晰完整，生效证明需由原审法院出具或确认。</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1. 建议核实《中华人民共和国民事诉讼法》关于执行申请时效的最新规定（通常为二年），确保未过申请执行时效。</w:t>
      </w:r>
    </w:p>
    <w:p>
      <w:pPr>
        <w:spacing w:line="560" w:lineRule="exact" w:before="0" w:after="0"/>
        <w:ind w:firstLine="480"/>
      </w:pPr>
      <w:r>
        <w:rPr>
          <w:rFonts w:ascii="Times New Roman" w:hAnsi="Times New Roman" w:eastAsia="KaiTi"/>
          <w:b w:val="0"/>
          <w:i w:val="0"/>
          <w:sz w:val="24"/>
        </w:rPr>
        <w:t>2. 建议查询杭州市西湖区人民法院立案庭对于强制执行申请书的具体格式要求或地方性司法解释。</w:t>
      </w:r>
    </w:p>
    <w:p>
      <w:pPr>
        <w:spacing w:line="560" w:lineRule="exact" w:before="0" w:after="0"/>
        <w:ind w:firstLine="480"/>
      </w:pPr>
      <w:r>
        <w:rPr>
          <w:rFonts w:ascii="Times New Roman" w:hAnsi="Times New Roman" w:eastAsia="KaiTi"/>
          <w:b w:val="0"/>
          <w:i w:val="0"/>
          <w:sz w:val="24"/>
        </w:rPr>
        <w:t>3. 若涉及迟延履行金的具体计算，建议参照中国人民银行同期贷款市场报价利率（LPR）进行详细测算并在庭审或执行谈话中提出。</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